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ויוצרים - החורף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מכתב קצר בעזרת מבנה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חורף חשובות (מטריה, מגפיים, מעיל)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יצירה וביטוי אישי בכתב ובציור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 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מטריה, מגפיים ושלולית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השורות שצריך לכתוב במכתב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דווקא צריך לצייר מטריה, מגפיים ושלולית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מילות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(שומרת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(שומרים על הרגליים בשלולית)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(שומר על הגוף מהקור)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המכתב לחורף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מה אוהבים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״חורף יקר״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מה אוהבים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קצר עם פנייה אישית, תוכן על אהבת החורף וחתימה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מתחילים ב'חורף יקר'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הקשורה לחורף כמו מטריה, מגפיים, שלולית, מעיל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- 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משימות הכתיבה לפני שהתלמידים מתחילים לענות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לוותר על הפריטים המסומנים כקשים ולהתמקד במכתב הקצר ובהתאמות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לצייר בצד הדף את תמר ואיתן בגשם כחלק מהתרגול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ויוצרים - החורף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משימות הכתיבה והציור על החורף: מכתב לחורף, ציור של תמר ואיתן בגשם, עיצוב מעיל ומשחק ניחושים בלי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מטריה  ·  יקר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במה מתחילים את המכתב לחורף?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שלום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חורף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תודה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צריך לצייר ליד תמר ואיתן בגשם?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מטריה, מגפיים ושלולית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כובע ושמש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 ועט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במכתב לחורף כותבים גם מה אוהבים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אסור לצייר מטריה בציור של תמר ואיתן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מתחילים את המכתב במילים ״חורף __________״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לא להירטב בגשם משתמשים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מילות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שומרים על הרגליים בשלולית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מגפיים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שומר על הגוף מהקור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שומרת מהגשם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כתיבת המכתב לחורף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״חורף יקר״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מה אוהבים בו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מה אוהבים בחורף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קטן לחורף: התחילו ב״חורף יקר״, כתבו מה אתם אוהבים בו, וחתמו בשמכם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מתחילים מכתב לחורף?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מילת חורף חדשה למדתם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ויוצרים - החורף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