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ויוצרים -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קצר בעזרת מבנה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חורף חשובות (מטריה, מגפיים, מעיל)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יצירה וביטוי אישי בכתב ובציור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מטריה, מגפיים ושלולית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לבחור צבע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גשם, רוח, רעם או 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השורות שצריך לכתוב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דווקא צריך לצייר מטריה, מגפיים ושלולית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מהמשימה - לתת שם למעיל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המשחק הוא דווקא בלי מילים, רק בתנועות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חותמים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מילות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(שומרת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(שומרים על הרגליים בשלולית)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 על הגוף מהקור)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(קול חזק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(מים שנשארים על הרצפה אחרי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המכתב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מה אוהבים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״חורף יקר״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אוהבים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לחתום בשם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קצר עם פנייה אישית, תוכן על אהבת החורף וחתימה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צבע, כיסים וקישוטים ושם מקורי למעיל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מתחילים ב'חורף יקר'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לחורף כמו מטריה, מגפיים, שלולית,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-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משימות הכתיבה לפני שהתלמידים מתחילים לענות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לוותר על הפריטים המסומנים כקשים ולהתמקד במכתב הקצר ובהתאמות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לצייר בצד הדף את תמר ואיתן בגשם כחלק מהתרגול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ויוצרים -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נכתוב מכתב קצר לחורף, נלמד מילים של חורף, ונתרגל גם ציור ומשחק.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מִכְתָּב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שכותבים בו דברים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חוֹתְמִים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שלנו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שפותחים כדי לא להירטב בגשם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מַגָּפַיִם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נעליים גבוהות לגשם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שנשארים על הרצפה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ללבוש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וגדול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לְנַחֵשׁ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להבין בלי שאומרים במילים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פותחים את המכתב לחורף?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להתראות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מציירים בציור של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מטריה, מגפיים ושלולית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כתוב שצריך לעשות במשימת המעיל?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כיסים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צבע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שם למעיל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דברים מציגים במשחק הניחושים?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גשם, רוח, רעם או 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פסח וסוכות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וחול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לחורף כותבים גם מה אוהבים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לצייר מטריה בציור של תמר ואיתן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שם למעיל החורף שמעצבים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הניחושים מותר להסביר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מתחילים את המכתב במילים ״חורף 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לא להירטב בגשם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בשלולית אפשר לקפוץ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המכתב __________ בשם שלכם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מילות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הגוף מהקור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מגפיים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שנשארים על הרצפה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שומרים על הרגליים בשלולית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קול חזק בסערה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המכתב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לחתום בשם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אוהבים בחורף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אוהבים בו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״חורף יקר״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קטן לחורף: התחילו ב״חורף יקר״, כתבו מה אתם אוהבים בו, וחתמו בשמכם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את מעיל החורף שהייתם מעצבים - איזה צבע, אילו כיסים ואיזה שם תתנו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מתחילים מכתב לחורף?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חורף חדשה 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חלק אהבתם יותר - הכתיבה או הציור?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ויוצרים - החורף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