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ויוצרים -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מכתב קצר בעזרת מבנה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חורף חשובות (מטריה, מגפיים, מעיל)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יצירה וביטוי אישי בכתב ובציור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מטריה, מגפיים ושלולית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לבחור צבע 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גשם, רוח, רעם או 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השורות שצריך לכתוב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דווקא צריך לצייר מטריה, מגפיים ושלולית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מהמשימה - לתת שם למעיל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המשחק הוא דווקא בלי מילים, רק בתנועות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חותמים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מילות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(שומרת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(שומרים על הרגליים בשלולית)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(שומר על הגוף מהקור)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(קול חזק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(מים שנשארים על הרצפה אחרי 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המכתב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מה אוהבים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״חורף יקר״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מה אוהבים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לחתום בשם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קצר עם פנייה אישית, תוכן על אהבת החורף וחתימה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הכולל צבע, כיסים וקישוטים ושם מקורי למעיל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מתחילים ב'חורף יקר'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הקשורה לחורף כמו מטריה, מגפיים, שלולית,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-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משימות הכתיבה לפני שהתלמידים מתחילים לענות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לוותר על הפריטים המסומנים כקשים ולהתמקד במכתב הקצר ובהתאמות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לצייר בצד הדף את תמר ואיתן בגשם כחלק מהתרגול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ויוצרים -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משימות הכתיבה והציור על החורף: מכתב לחורף, ציור של תמר ואיתן בגשם, עיצוב מעיל ומשחק ניחושים בלי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מתחילים את המכתב לחורף?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להתראות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לצייר ליד תמר ואיתן בגשם?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מטריה, מגפיים ושלולית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ועט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וסל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שייך למשימת עיצוב המעיל?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כיסים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צבע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שם למעיל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להציג במשחק הניחושים בלי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גשם, רוח, רעם או 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פסח וסוכות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וחול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לחורף כותבים גם מה אוהבים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לצייר מטריה בציור של תמר ואיתן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לתת שם למעיל החורף שמעצבים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הניחושים מותר להסביר במילים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מתחילים את המכתב במילים ״חורף 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לא להירטב בגשם משתמשים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בשלולית אפשר לקפוץ 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המכתב __________ בשם שלכם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מילות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שנשארים על הרצפה אחרי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מגפיים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שומרת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קול חזק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שומרים על הרגליים בשלולית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 על הגוף מהקור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המכתב לחורף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לחתום בשם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אוהבים בו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״חורף יקר״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אוהבים בחורף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קטן לחורף: התחילו ב״חורף יקר״, כתבו מה אתם אוהבים בו, וחתמו בשמכם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את מעיל החורף שהייתם מעצבים - איזה צבע, אילו כיסים ואיזה שם תתנו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מתחילים מכתב לחורף?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חורף חדשה 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חלק אהבתם יותר - הכתיבה או הציור?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ויוצרים - החורף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